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כל הכללים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המין (זכר/נקבה) של שם עצם ולהתאים לו את צורת המספר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המספר המיוחדים: 1-2, 3-10, 11-19, מאות ואלפים, וסמיכות עם ה'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מספר יסודי לסודר ולהשתמש בהם נכון בתאריך, שעה ומחיר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בצורת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חמישה כיסאות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מאה נקבה - לכן המספר לפניה בלי 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המילה שעה היא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(שלושת אלפים)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(חמישי / חמישית)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קבעו את מין שם העצם (זכר או נקבה) לפי צורת היחיד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אחרי המספר יש שם עצם עם ה' הידיעה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תקינים דקדוקית עם התייחסות לכלל המתאים (למשל שעה בנקבה, יום בחודש בזכר)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לפני זכר, שלוש לפני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שלושת (סמיכות)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 עונה על כמה, סודר עונה על איזה בתור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להתחיל בהזכרת טבלת שם המספר מהעמוד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 - חלקים א-ד לכלל הכיתה, ה-ו לתלמידים מתקדמים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בעל פה על דוגמאות מהחיים (תאריך, שעה, מחיר) לפני חלק 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כל הכללים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צורת המספר משתנה לפי מין שם העצם שאחריו, ולפעמים אפילו נראית 'הפוכה'. בדף הזה נתרגל את 12 הכללים של שם המספר כפי שהם מופיעים בתיק הכללים.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חמישה  ·  שלוש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סופרים 'סתם', בלי שם עצם, למשל במספר 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בצורת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בצורת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בצורת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מין היא המילה 'שולחן'?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משתנה לפי הרבים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הצורה הנכונה ל-5 כיסאות?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חמש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חמישה כיסאות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 עשר כיסאות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'מאה' היא בנקבה, ולכן אומרים שלוש 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השעה תמיד נאמרת בצורת נקבה, למשל 'בשבע'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-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ראיתי __________ סרטים השבוע (5,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קניתי __________ חולצות חדשות (3, נקבה)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3 לפני מילה בנקבה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שלושת אלפים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3 לפני מילה בזכר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חמישי / חמישית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סמיכות לפני 'אלפים'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סודר של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-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אם אחרי המספר יש שם עצם עם ה' הידיעה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קבעו את מין שם העצם (זכר או נקבה) לפי צורת היחיד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-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 משפטים נכונים עם מספרים מהחיים היום-יומיים (תאריך, שעה, מחיר), וציינו איזה כלל מופיע בכל משפט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אומרים 'שלושה' ומתי 'שלוש'?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הצורה הנכונה של 3 לפני מילה עם ה' הידיעה?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- כל הכללים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