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כל הכללים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של שם עצם ולהתאים לו את צורת המספר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המספר המיוחדים: 1-2, 3-10, 11-19, מאות ואלפים, וסמיכות עם ה'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מספר יסודי לסודר ולהשתמש בהם נכון בתאריך, שעה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בצורת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חמישה כיסאות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שלושת הזוכים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מאה נקבה - לכן המספר לפניה בלי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אלף בא בצורת סמיכות: שלושת 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ה' מופיעה רק פעם אחת בכל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המילה שעה היא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(שלושת אלפים)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(חמישי / חמישית)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(אחת, שתיים, שלוש)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קבעו את מין שם העצם (זכר או נקבה) לפי צורת היחיד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המספר הוא 1 או 2, ושימו לב למיקומו ביחס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אחרי המספר יש שם עצם עם ה'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צורת המספר המתאימה - עם ה', בלי ה', או בסמיכות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תקינים דקדוקית עם התייחסות לכלל המתאים (למשל שעה בנקבה, יום בחודש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קניתי שני כרטיסים לסרט בשבע ועלה לי חמישה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לפני זכר, שלוש לפני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שלושת (סמיכות)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עונה על כמה, סודר עונה על איזה בתור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בהזכרת טבלת שם המספר מהעמוד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 - חלקים א-ד לכלל הכיתה, ה-ו לתלמידים 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בעל פה על דוגמאות מהחיים (תאריך, שעה, מחיר) לפני חלק 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כל הכללים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שאחרי מספר - המספר משתנה. צריך לדעת אם המילה היא זכר או נקבה, ואז לבחור את צורת המספר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יסודי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שעונה על 'כמה?' - למשל שלושה, חמש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שעונה על 'איזה בתור?' - למשל שלישי, חמישית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מקוצרת של המספר לפני מילה עם ה' הידיעה, למשל שלושת הזוכים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ה'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ה' שבאה לפני שם עצם מוכר, כמו 'הכיסא'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סוגי המין בעברית, נקבעים לפי צורת היחיד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ו' החיבור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ו' שמחברת בין חלקי מספר גדול, למשל מאה וחמישים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צורה משתמשים כשסופרים בלי מילה אחרי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בצורת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בצורת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בצורת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בצורת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שולחן - זכר או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משתנה לפי הרבים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הצורה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 עשר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חמשת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נכון: 2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3 לפני מילה עם 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 הזוכים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'מאה' היא בנקבה, ולכן אומרים שלוש 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'אלף' היא בזכר, ולכן אומרים שלושה אלף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במספרים 11-19 האות ה' מופיעה פעמיים - גם בזכר וגם בנקבה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השעה תמיד נאמרת בצורת נקבה, למשל 'בשבע'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ראיתי __________ סרטים השבוע (5,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חולצות חדשות (3,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בכיתה לומדים __________ עשר תלמידים (13,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חילקה __________ דפים לכל תלמיד (10,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זהו המקום ה__________ בתחרות (3, סודר, זכר)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 לפני מילה בנקבה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חמישי / חמישית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3 לפני מילה בזכר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אחת, שתיים,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 לפני 'אלפים'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סודר של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ספירה 'סתם' בלי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שלושת אלפים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המספר הוא 1 או 2, ושימו לב למיקומו ביחס לשם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צורת המספר המתאימה - עם ה', בלי ה', או בסמיכות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את מין שם העצם (זכר או נקבה) לפי צורת היחיד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אחרי המספר יש שם עצם עם ה' הידיעה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נכונים עם מספרים מהחיים היום-יומיים (תאריך, שעה, מחיר), וציינו איזה כלל מופיע בכל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ותקנו את הטעויות: 'קניתי שתיים כרטיסים לסרט בשבע ועלה לי חמש שקלים'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'שלושה' ומתי 'שלוש'?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הצורה הנכונה של 3 לפני מילה עם ה' הידיעה?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יסודי לסודר?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- כל הכללים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