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🎈 המשימה של שם המספר – מצגת אינטראקטיבית לחט״ב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שם המספר - כל הכללים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המין (זכר/נקבה) של שם עצם ולהתאים לו את צורת המספר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כללי המספר המיוחדים: 1-2, 3-10, 11-19, מאות ואלפים, וסמיכות עם ה' הידיעה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ההבדל בין מספר יסודי לסודר ולהשתמש בהם נכון בתאריך, שעה ומחיר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 -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בצורת 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זכר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חמישה כיסאות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שני כרטיסים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שלושת הזוכים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מאה נקבה - לכן המספר לפניה בלי ה'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אלף בא בצורת סמיכות: שלושת אלפים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ה' מופיעה רק פעם אחת בכל צורה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המילה שעה היא נקבה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 - השלימו את המספר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חמישה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שלישי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 - התאימו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(שלוש)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(שלושה)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(שלושת אלפים)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(חמישי / חמישית)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(אחת, שתיים, שלוש)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 - סדרו את שלבי הבדיקה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קבעו את מין שם העצם (זכר או נקבה) לפי צורת היחיד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בדקו אם המספר הוא 1 או 2, ושימו לב למיקומו ביחס לשם העצם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בדקו אם אחרי המספר יש שם עצם עם ה' הידיעה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בחרו את צורת המספר המתאימה - עם ה', בלי ה', או בסמיכות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חלק ו - כתיבה חופשית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משפטים תקינים דקדוקית עם התייחסות לכלל המתאים (למשל שעה בנקבה, יום בחודש בזכר)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קניתי שני כרטיסים לסרט בשבע ועלה לי חמישה שקלים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שלושה לפני זכר, שלוש לפני נקבה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שלושת (סמיכות)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יסודי עונה על כמה, סודר עונה על איזה בתור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להתחיל בהזכרת טבלת שם המספר מהעמוד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הדף לשניים - חלקים א-ד לכלל הכיתה, ה-ו לתלמידים מתקדמים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בעל פה על דוגמאות מהחיים (תאריך, שעה, מחיר) לפני חלק 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🎈 המשימה של שם המספר – מצגת אינטראקטיבית לחט״ב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שם המספר - כל הכללים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בעברית צורת המספר משתנה לפי מין שם העצם שאחריו, ולפעמים אפילו נראית 'הפוכה'. בדף הזה נתרגל את 12 הכללים של שם המספר כפי שהם מופיעים בתיק הכללים.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חלק א -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סופרים 'סתם', בלי שם עצם, למשל במספר טלפון?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בצורת זכר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בצורת נקבה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בצורת סודר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בצורת סמיכות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מין היא המילה 'שולחן'?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נקבה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משתנה לפי הרבים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לדעת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הצורה הנכונה ל-5 כיסאות?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חמש כיסאות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חמישה כיסאות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חמישה עשר כיסאות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חמשת כיסאות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אומרים 2 כרטיסים לפני שם העצם?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 כרטיסים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 כרטיסים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שתיים כרטיסים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שתי כרטיסים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הצורה הנכונה לפני 'הזוכים' (3 זוכים)?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שלושה הזוכים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 הזוכים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שלושת הזוכים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שלושתם הזוכים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חלק ב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'מאה' היא בנקבה, ולכן אומרים שלוש מאות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'אלף' היא בזכר, ולכן אומרים שלושה אלף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במספרים 11-19 האות ה' מופיעה פעמיים - גם בזכר וגם בנקבה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השעה תמיד נאמרת בצורת נקבה, למשל 'בשבע'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חלק ג - השלימו את המספר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ראיתי __________ סרטים השבוע (5, זכר)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קניתי __________ חולצות חדשות (3, נקבה)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בכיתה לומדים __________ עשר תלמידים (13, זכר)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המורה חילקה __________ דפים לכל תלמיד (10, זכר)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זהו המקום ה__________ בתחרות (3, סודר, זכר)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חלק ד - התאימו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3 לפני מילה בנקבה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אחת, שתיים, שלוש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3 לפני מילה בזכר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שלוש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סמיכות לפני 'אלפים'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חמישי / חמישית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סודר של 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שלושת אלפים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ספירה 'סתם' בלי שם עצם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שלושה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חלק ה - סדרו את שלבי הבדיקה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בדקו אם המספר הוא 1 או 2, ושימו לב למיקומו ביחס לשם העצם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בדקו אם אחרי המספר יש שם עצם עם ה' הידיעה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בחרו את צורת המספר המתאימה - עם ה', בלי ה', או בסמיכות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קבעו את מין שם העצם (זכר או נקבה) לפי צורת היחיד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חלק ו - כתיבה חופשית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3 משפטים נכונים עם מספרים מהחיים היום-יומיים (תאריך, שעה, מחיר), וציינו איזה כלל מופיע בכל משפט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מצאו ותקנו את הטעויות: 'קניתי שתיים כרטיסים לסרט בשבע ועלה לי חמש שקלים'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אומרים 'שלושה' ומתי 'שלוש'?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הצורה הנכונה של 3 לפני מילה עם ה' הידיעה?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מספר יסודי לסודר?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שם המספר - כל הכללים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